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Alex Rivera (Demo Profile)</w:t>
      </w:r>
    </w:p>
    <w:p>
      <w:r>
        <w:t>IT Sales Manager exploring a move into AI</w:t>
      </w:r>
    </w:p>
    <w:p>
      <w:pPr>
        <w:pStyle w:val="Heading2"/>
      </w:pPr>
      <w:r>
        <w:t>Summary</w:t>
      </w:r>
    </w:p>
    <w:p>
      <w:r>
        <w:t>IT Sales Manager exploring a move into AI — in Information Technology — positioning toward IT Sales</w:t>
      </w:r>
    </w:p>
    <w:p>
      <w:pPr>
        <w:pStyle w:val="Heading2"/>
      </w:pPr>
      <w:r>
        <w:t>Professional Experience</w:t>
      </w:r>
    </w:p>
    <w:p>
      <w:pPr>
        <w:pStyle w:val="ListBullet"/>
      </w:pPr>
      <w:r>
        <w:t>Current role: IT Sales Manager</w:t>
      </w:r>
    </w:p>
    <w:p>
      <w:pPr>
        <w:pStyle w:val="ListBullet"/>
      </w:pPr>
      <w:r>
        <w:t>Account Executive</w:t>
      </w:r>
    </w:p>
    <w:p>
      <w:pPr>
        <w:pStyle w:val="ListBullet"/>
      </w:pPr>
      <w:r>
        <w:t>Sales Development Rep</w:t>
      </w:r>
    </w:p>
    <w:p>
      <w:r>
        <w:rPr>
          <w:i/>
        </w:rPr>
        <w:t>Each previous role is shown exactly as you entered it — Rithavo does not infer, pair, or date anything on your behalf.</w:t>
      </w:r>
    </w:p>
    <w:p>
      <w:pPr>
        <w:pStyle w:val="Heading2"/>
      </w:pPr>
      <w:r>
        <w:t>Demonstrated Capabilities</w:t>
      </w:r>
    </w:p>
    <w:p>
      <w:pPr>
        <w:pStyle w:val="ListBullet"/>
      </w:pPr>
      <w:r>
        <w:t>Client-facing communication (High)</w:t>
      </w:r>
    </w:p>
    <w:p>
      <w:pPr>
        <w:pStyle w:val="ListBullet"/>
      </w:pPr>
      <w:r>
        <w:t>Quota/pipeline ownership (High)</w:t>
      </w:r>
    </w:p>
    <w:p>
      <w:pPr>
        <w:pStyle w:val="ListBullet"/>
      </w:pPr>
      <w:r>
        <w:t>Stakeholder management (High)</w:t>
      </w:r>
    </w:p>
    <w:p>
      <w:pPr>
        <w:pStyle w:val="Heading2"/>
      </w:pPr>
      <w:r>
        <w:t>Additional Skills (self-reported, not yet evidence-backed)</w:t>
      </w:r>
    </w:p>
    <w:p>
      <w:pPr>
        <w:pStyle w:val="ListBullet"/>
      </w:pPr>
      <w:r>
        <w:t>Leadership</w:t>
      </w:r>
    </w:p>
    <w:p>
      <w:r>
        <w:rPr>
          <w:i/>
        </w:rPr>
        <w:t>Consider adding supporting evidence for these before relying on them.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